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8331F" w14:textId="3D06B0D5" w:rsidR="00FB3B01" w:rsidRPr="00DF7205" w:rsidRDefault="0062405D">
      <w:pPr>
        <w:pStyle w:val="Heading1"/>
      </w:pPr>
      <w:r w:rsidRPr="00DF7205">
        <w:t xml:space="preserve">Thurles Community </w:t>
      </w:r>
      <w:r w:rsidR="00000000" w:rsidRPr="00DF7205">
        <w:t xml:space="preserve">Choir Group – </w:t>
      </w:r>
      <w:r w:rsidRPr="00DF7205">
        <w:t>New Members</w:t>
      </w:r>
      <w:r w:rsidR="00DF7205" w:rsidRPr="00DF7205">
        <w:t xml:space="preserve"> 2025</w:t>
      </w:r>
      <w:r w:rsidRPr="00DF7205">
        <w:t xml:space="preserve"> – </w:t>
      </w:r>
      <w:r w:rsidR="00000000" w:rsidRPr="00DF7205">
        <w:t>Questionnaire</w:t>
      </w:r>
    </w:p>
    <w:p w14:paraId="038D8D33" w14:textId="7C3BAF73" w:rsidR="0062405D" w:rsidRPr="0062405D" w:rsidRDefault="0062405D" w:rsidP="0062405D">
      <w:pPr>
        <w:rPr>
          <w:sz w:val="20"/>
          <w:szCs w:val="20"/>
          <w:lang w:val="en-IE"/>
        </w:rPr>
      </w:pPr>
      <w:r w:rsidRPr="0062405D">
        <w:rPr>
          <w:sz w:val="20"/>
          <w:szCs w:val="20"/>
          <w:lang w:val="en-IE"/>
        </w:rPr>
        <w:t>T</w:t>
      </w:r>
      <w:r w:rsidR="003145D2" w:rsidRPr="00DF7205">
        <w:rPr>
          <w:sz w:val="20"/>
          <w:szCs w:val="20"/>
          <w:lang w:val="en-IE"/>
        </w:rPr>
        <w:t xml:space="preserve">CC </w:t>
      </w:r>
      <w:r w:rsidRPr="0062405D">
        <w:rPr>
          <w:sz w:val="20"/>
          <w:szCs w:val="20"/>
          <w:lang w:val="en-IE"/>
        </w:rPr>
        <w:t>returns on Saturday, October 4</w:t>
      </w:r>
      <w:r w:rsidRPr="0062405D">
        <w:rPr>
          <w:sz w:val="20"/>
          <w:szCs w:val="20"/>
          <w:vertAlign w:val="superscript"/>
          <w:lang w:val="en-IE"/>
        </w:rPr>
        <w:t>th</w:t>
      </w:r>
      <w:r w:rsidRPr="00DF7205">
        <w:rPr>
          <w:sz w:val="20"/>
          <w:szCs w:val="20"/>
          <w:lang w:val="en-IE"/>
        </w:rPr>
        <w:t xml:space="preserve">, </w:t>
      </w:r>
      <w:proofErr w:type="gramStart"/>
      <w:r w:rsidRPr="00DF7205">
        <w:rPr>
          <w:sz w:val="20"/>
          <w:szCs w:val="20"/>
          <w:lang w:val="en-IE"/>
        </w:rPr>
        <w:t>202</w:t>
      </w:r>
      <w:r w:rsidR="00DF7205" w:rsidRPr="00DF7205">
        <w:rPr>
          <w:sz w:val="20"/>
          <w:szCs w:val="20"/>
          <w:lang w:val="en-IE"/>
        </w:rPr>
        <w:t>5</w:t>
      </w:r>
      <w:proofErr w:type="gramEnd"/>
      <w:r w:rsidRPr="0062405D">
        <w:rPr>
          <w:sz w:val="20"/>
          <w:szCs w:val="20"/>
          <w:lang w:val="en-IE"/>
        </w:rPr>
        <w:t xml:space="preserve"> for new and existing members</w:t>
      </w:r>
      <w:r w:rsidRPr="00DF7205">
        <w:rPr>
          <w:sz w:val="20"/>
          <w:szCs w:val="20"/>
          <w:lang w:val="en-IE"/>
        </w:rPr>
        <w:t>. The</w:t>
      </w:r>
      <w:r w:rsidRPr="0062405D">
        <w:rPr>
          <w:sz w:val="20"/>
          <w:szCs w:val="20"/>
          <w:lang w:val="en-IE"/>
        </w:rPr>
        <w:t xml:space="preserve"> secular Community Choir with Mentor Eamon O'Malley</w:t>
      </w:r>
      <w:r w:rsidRPr="00DF7205">
        <w:rPr>
          <w:sz w:val="20"/>
          <w:szCs w:val="20"/>
          <w:lang w:val="en-IE"/>
        </w:rPr>
        <w:t>,</w:t>
      </w:r>
      <w:r w:rsidRPr="0062405D">
        <w:rPr>
          <w:sz w:val="20"/>
          <w:szCs w:val="20"/>
          <w:lang w:val="en-IE"/>
        </w:rPr>
        <w:t xml:space="preserve"> runs every second Saturday</w:t>
      </w:r>
      <w:r w:rsidR="00DF7205" w:rsidRPr="00DF7205">
        <w:rPr>
          <w:sz w:val="20"/>
          <w:szCs w:val="20"/>
          <w:lang w:val="en-IE"/>
        </w:rPr>
        <w:t xml:space="preserve"> in Autumn/Winter and Spring.</w:t>
      </w:r>
    </w:p>
    <w:p w14:paraId="14996953" w14:textId="75D718C2" w:rsidR="00DF7205" w:rsidRPr="00DF7205" w:rsidRDefault="0062405D" w:rsidP="0062405D">
      <w:pPr>
        <w:rPr>
          <w:sz w:val="20"/>
          <w:szCs w:val="20"/>
          <w:lang w:val="en-IE"/>
        </w:rPr>
      </w:pPr>
      <w:r w:rsidRPr="0062405D">
        <w:rPr>
          <w:sz w:val="20"/>
          <w:szCs w:val="20"/>
          <w:lang w:val="en-IE"/>
        </w:rPr>
        <w:t>It starts at 10.30 am -and runs until 1 p.m.</w:t>
      </w:r>
      <w:r w:rsidRPr="00DF7205">
        <w:rPr>
          <w:sz w:val="20"/>
          <w:szCs w:val="20"/>
          <w:lang w:val="en-IE"/>
        </w:rPr>
        <w:t xml:space="preserve">      </w:t>
      </w:r>
      <w:r w:rsidRPr="00DF7205">
        <w:rPr>
          <w:rFonts w:ascii="Gill Sans MT" w:hAnsi="Gill Sans MT"/>
          <w:b/>
          <w:bCs/>
          <w:sz w:val="20"/>
          <w:szCs w:val="20"/>
          <w:lang w:val="en-IE"/>
        </w:rPr>
        <w:t xml:space="preserve"> I</w:t>
      </w:r>
      <w:r w:rsidRPr="00DF7205">
        <w:rPr>
          <w:sz w:val="20"/>
          <w:szCs w:val="20"/>
          <w:lang w:val="en-IE"/>
        </w:rPr>
        <w:t xml:space="preserve">     </w:t>
      </w:r>
      <w:r w:rsidRPr="0062405D">
        <w:rPr>
          <w:sz w:val="20"/>
          <w:szCs w:val="20"/>
          <w:lang w:val="en-IE"/>
        </w:rPr>
        <w:t>This project is for over 18's only</w:t>
      </w:r>
    </w:p>
    <w:p w14:paraId="359AC784" w14:textId="27201384" w:rsidR="0062405D" w:rsidRPr="0062405D" w:rsidRDefault="0062405D" w:rsidP="0062405D">
      <w:pPr>
        <w:rPr>
          <w:sz w:val="20"/>
          <w:szCs w:val="20"/>
          <w:lang w:val="en-IE"/>
        </w:rPr>
      </w:pPr>
      <w:r w:rsidRPr="0062405D">
        <w:rPr>
          <w:b/>
          <w:bCs/>
          <w:sz w:val="20"/>
          <w:szCs w:val="20"/>
          <w:lang w:val="en-IE"/>
        </w:rPr>
        <w:t>New members welcome, especially male voices.</w:t>
      </w:r>
      <w:r w:rsidRPr="0062405D">
        <w:rPr>
          <w:sz w:val="20"/>
          <w:szCs w:val="20"/>
          <w:lang w:val="en-IE"/>
        </w:rPr>
        <w:t xml:space="preserve"> Please </w:t>
      </w:r>
      <w:r w:rsidRPr="00DF7205">
        <w:rPr>
          <w:sz w:val="20"/>
          <w:szCs w:val="20"/>
          <w:lang w:val="en-IE"/>
        </w:rPr>
        <w:t xml:space="preserve">fill out the details below and </w:t>
      </w:r>
      <w:r w:rsidRPr="0062405D">
        <w:rPr>
          <w:sz w:val="20"/>
          <w:szCs w:val="20"/>
          <w:lang w:val="en-IE"/>
        </w:rPr>
        <w:t>email:</w:t>
      </w:r>
      <w:hyperlink r:id="rId6" w:history="1">
        <w:r w:rsidRPr="0062405D">
          <w:rPr>
            <w:rStyle w:val="Hyperlink"/>
            <w:sz w:val="20"/>
            <w:szCs w:val="20"/>
            <w:lang w:val="en-IE"/>
          </w:rPr>
          <w:t> admin@sourcearts.ie</w:t>
        </w:r>
      </w:hyperlink>
      <w:r w:rsidRPr="0062405D">
        <w:rPr>
          <w:sz w:val="20"/>
          <w:szCs w:val="20"/>
          <w:lang w:val="en-IE"/>
        </w:rPr>
        <w:t> if you are interested in joining.</w:t>
      </w:r>
      <w:r w:rsidRPr="00DF7205">
        <w:rPr>
          <w:sz w:val="20"/>
          <w:szCs w:val="20"/>
          <w:lang w:val="en-IE"/>
        </w:rPr>
        <w:t xml:space="preserve"> </w:t>
      </w:r>
    </w:p>
    <w:p w14:paraId="44DD5545" w14:textId="5604C3E8" w:rsidR="00FB3B01" w:rsidRDefault="00000000">
      <w:r>
        <w:t>1. Name:</w:t>
      </w:r>
      <w:r w:rsidR="0062405D">
        <w:tab/>
      </w:r>
      <w:r>
        <w:t>_________________________________________</w:t>
      </w:r>
    </w:p>
    <w:p w14:paraId="7A1D0996" w14:textId="77777777" w:rsidR="00FB3B01" w:rsidRPr="003145D2" w:rsidRDefault="00FB3B01">
      <w:pPr>
        <w:rPr>
          <w:sz w:val="16"/>
          <w:szCs w:val="16"/>
        </w:rPr>
      </w:pPr>
    </w:p>
    <w:p w14:paraId="39F5B56A" w14:textId="5EB55273" w:rsidR="0062405D" w:rsidRDefault="00000000">
      <w:r>
        <w:t>2. Age (or age group)</w:t>
      </w:r>
      <w:r w:rsidR="00DF7205">
        <w:t xml:space="preserve"> - I am</w:t>
      </w:r>
      <w:r>
        <w:br/>
        <w:t xml:space="preserve">   ☐ Under 18   ☐ 18–30   ☐ 31–50   ☐ 51–70   ☐ 71+</w:t>
      </w:r>
    </w:p>
    <w:p w14:paraId="03CD4D0A" w14:textId="77777777" w:rsidR="00FB3B01" w:rsidRDefault="00000000">
      <w:r>
        <w:t>3. Contact details (phone/email):</w:t>
      </w:r>
    </w:p>
    <w:p w14:paraId="65DEB7CD" w14:textId="052793DD" w:rsidR="0062405D" w:rsidRDefault="0062405D" w:rsidP="0062405D">
      <w:r>
        <w:t xml:space="preserve">Phone: </w:t>
      </w:r>
      <w:r w:rsidR="00000000">
        <w:t>________________________________________</w:t>
      </w:r>
      <w:r w:rsidRPr="0062405D">
        <w:t xml:space="preserve"> </w:t>
      </w:r>
      <w:r>
        <w:t>Email</w:t>
      </w:r>
      <w:r>
        <w:t>: _________________________________________</w:t>
      </w:r>
    </w:p>
    <w:p w14:paraId="0D5FCE21" w14:textId="77777777" w:rsidR="00FB3B01" w:rsidRDefault="00FB3B01"/>
    <w:p w14:paraId="2F7385F5" w14:textId="77777777" w:rsidR="00FB3B01" w:rsidRDefault="00000000">
      <w:r>
        <w:t>4. Musical background (if any):</w:t>
      </w:r>
      <w:r>
        <w:br/>
        <w:t xml:space="preserve">   ☐ None – just enthusiasm!</w:t>
      </w:r>
      <w:r>
        <w:br/>
        <w:t xml:space="preserve">   ☐ Some school/college singing</w:t>
      </w:r>
      <w:r>
        <w:br/>
        <w:t xml:space="preserve">   ☐ Previous choir experience</w:t>
      </w:r>
      <w:r>
        <w:br/>
        <w:t xml:space="preserve">   ☐ Instrumentalist / other musical skills</w:t>
      </w:r>
    </w:p>
    <w:p w14:paraId="12132E0E" w14:textId="5C6A5BBC" w:rsidR="003145D2" w:rsidRDefault="0062405D">
      <w:r>
        <w:t>Other</w:t>
      </w:r>
      <w:r w:rsidR="00000000">
        <w:t>_________________________________________</w:t>
      </w:r>
    </w:p>
    <w:p w14:paraId="0A28EA68" w14:textId="77777777" w:rsidR="00DF7205" w:rsidRPr="00DF7205" w:rsidRDefault="00DF7205"/>
    <w:p w14:paraId="28863C19" w14:textId="77777777" w:rsidR="003145D2" w:rsidRDefault="00000000">
      <w:r>
        <w:t xml:space="preserve">5. What interests you </w:t>
      </w:r>
      <w:proofErr w:type="gramStart"/>
      <w:r>
        <w:t>about</w:t>
      </w:r>
      <w:proofErr w:type="gramEnd"/>
      <w:r>
        <w:t xml:space="preserve"> joining the choir?</w:t>
      </w:r>
      <w:r w:rsidR="0062405D">
        <w:t xml:space="preserve"> </w:t>
      </w:r>
      <w:r>
        <w:t>_________________________________________</w:t>
      </w:r>
      <w:r w:rsidR="003145D2">
        <w:t>________________________________________________________________</w:t>
      </w:r>
    </w:p>
    <w:p w14:paraId="4205A6F7" w14:textId="17B68C08" w:rsidR="00FB3B01" w:rsidRDefault="003145D2">
      <w:r>
        <w:t>_________________________________________________________________________________________________________</w:t>
      </w:r>
    </w:p>
    <w:p w14:paraId="1EE633FE" w14:textId="5126BD5C" w:rsidR="003145D2" w:rsidRPr="003145D2" w:rsidRDefault="00DF7205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B66F3D" wp14:editId="09073783">
            <wp:simplePos x="0" y="0"/>
            <wp:positionH relativeFrom="column">
              <wp:posOffset>4605655</wp:posOffset>
            </wp:positionH>
            <wp:positionV relativeFrom="paragraph">
              <wp:posOffset>114300</wp:posOffset>
            </wp:positionV>
            <wp:extent cx="1652905" cy="1138555"/>
            <wp:effectExtent l="0" t="0" r="4445" b="4445"/>
            <wp:wrapThrough wrapText="bothSides">
              <wp:wrapPolygon edited="0">
                <wp:start x="0" y="0"/>
                <wp:lineTo x="0" y="21323"/>
                <wp:lineTo x="21409" y="21323"/>
                <wp:lineTo x="21409" y="0"/>
                <wp:lineTo x="0" y="0"/>
              </wp:wrapPolygon>
            </wp:wrapThrough>
            <wp:docPr id="1202031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31101" name="Picture 12020311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32CB1" w14:textId="0058AC87" w:rsidR="00FB3B01" w:rsidRDefault="00000000">
      <w:r>
        <w:t>6. Preferred voice part (if known):</w:t>
      </w:r>
      <w:r>
        <w:br/>
        <w:t xml:space="preserve">   ☐ Soprano   ☐ Alto   ☐ Tenor   ☐ Bass   ☐ Not sure yet</w:t>
      </w:r>
    </w:p>
    <w:p w14:paraId="266AC0F2" w14:textId="7F3886FC" w:rsidR="00FB3B01" w:rsidRDefault="00FB3B01"/>
    <w:sectPr w:rsidR="00FB3B0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96748379">
    <w:abstractNumId w:val="8"/>
  </w:num>
  <w:num w:numId="2" w16cid:durableId="264580049">
    <w:abstractNumId w:val="6"/>
  </w:num>
  <w:num w:numId="3" w16cid:durableId="355623189">
    <w:abstractNumId w:val="5"/>
  </w:num>
  <w:num w:numId="4" w16cid:durableId="1598441966">
    <w:abstractNumId w:val="4"/>
  </w:num>
  <w:num w:numId="5" w16cid:durableId="1253322048">
    <w:abstractNumId w:val="7"/>
  </w:num>
  <w:num w:numId="6" w16cid:durableId="1769618934">
    <w:abstractNumId w:val="3"/>
  </w:num>
  <w:num w:numId="7" w16cid:durableId="2009403051">
    <w:abstractNumId w:val="2"/>
  </w:num>
  <w:num w:numId="8" w16cid:durableId="69009483">
    <w:abstractNumId w:val="1"/>
  </w:num>
  <w:num w:numId="9" w16cid:durableId="1981418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60533"/>
    <w:rsid w:val="0029639D"/>
    <w:rsid w:val="003145D2"/>
    <w:rsid w:val="00326F90"/>
    <w:rsid w:val="0062405D"/>
    <w:rsid w:val="00AA1D8D"/>
    <w:rsid w:val="00B47730"/>
    <w:rsid w:val="00C24560"/>
    <w:rsid w:val="00CB0664"/>
    <w:rsid w:val="00DF7205"/>
    <w:rsid w:val="00FB3B0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B0357"/>
  <w14:defaultImageDpi w14:val="300"/>
  <w15:docId w15:val="{D5BED182-1F03-44B5-AE69-B6155C54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240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min@sourcearts.i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Brendan Maher</cp:lastModifiedBy>
  <cp:revision>5</cp:revision>
  <dcterms:created xsi:type="dcterms:W3CDTF">2025-09-30T10:56:00Z</dcterms:created>
  <dcterms:modified xsi:type="dcterms:W3CDTF">2025-09-30T11:44:00Z</dcterms:modified>
  <cp:category/>
</cp:coreProperties>
</file>